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20E549E" w:rsidP="2CBE99E3" w:rsidRDefault="320E549E" w14:paraId="3AAA9EB3" w14:textId="20164E1A">
      <w:pPr>
        <w:pStyle w:val="Normal"/>
      </w:pPr>
      <w:r w:rsidR="320E549E">
        <w:drawing>
          <wp:inline wp14:editId="49480E50" wp14:anchorId="7EDCB151">
            <wp:extent cx="5619750" cy="1123950"/>
            <wp:effectExtent l="0" t="0" r="0" b="0"/>
            <wp:docPr id="58546366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85463667" name="Picture 585463667"/>
                    <pic:cNvPicPr/>
                  </pic:nvPicPr>
                  <pic:blipFill>
                    <a:blip xmlns:r="http://schemas.openxmlformats.org/officeDocument/2006/relationships" r:embed="rId17116666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BE99E3" w:rsidP="2CBE99E3" w:rsidRDefault="2CBE99E3" w14:paraId="26B4A535" w14:textId="6F6D999E">
      <w:pPr>
        <w:pStyle w:val="Title"/>
        <w:rPr>
          <w:rFonts w:cs="Calibri" w:cstheme="majorAscii"/>
          <w:color w:val="auto"/>
          <w:sz w:val="28"/>
          <w:szCs w:val="28"/>
        </w:rPr>
      </w:pPr>
    </w:p>
    <w:p w:rsidR="2CBE99E3" w:rsidP="2CBE99E3" w:rsidRDefault="2CBE99E3" w14:paraId="2D673C86" w14:textId="4474B15D">
      <w:pPr>
        <w:pStyle w:val="Title"/>
        <w:rPr>
          <w:rFonts w:cs="Calibri" w:cstheme="majorAscii"/>
          <w:color w:val="auto"/>
          <w:sz w:val="28"/>
          <w:szCs w:val="28"/>
        </w:rPr>
      </w:pPr>
    </w:p>
    <w:p w:rsidR="2CBE99E3" w:rsidP="2CBE99E3" w:rsidRDefault="2CBE99E3" w14:paraId="612091FA" w14:textId="2FB045DE">
      <w:pPr>
        <w:pStyle w:val="Title"/>
        <w:rPr>
          <w:rFonts w:cs="Calibri" w:cstheme="majorAscii"/>
          <w:color w:val="auto"/>
          <w:sz w:val="28"/>
          <w:szCs w:val="28"/>
        </w:rPr>
      </w:pPr>
    </w:p>
    <w:p w:rsidRPr="00C96EB6" w:rsidR="00524E8F" w:rsidP="2CBE99E3" w:rsidRDefault="00AD5CF8" w14:paraId="0B0D4236" w14:textId="3A49EB89">
      <w:pPr>
        <w:pStyle w:val="Title"/>
        <w:jc w:val="center"/>
        <w:rPr>
          <w:rFonts w:cs="Calibri" w:cstheme="majorAscii"/>
          <w:color w:val="auto"/>
          <w:sz w:val="56"/>
          <w:szCs w:val="56"/>
        </w:rPr>
      </w:pPr>
      <w:r w:rsidRPr="2CBE99E3" w:rsidR="00AD5CF8">
        <w:rPr>
          <w:rFonts w:cs="Calibri" w:cstheme="majorAscii"/>
          <w:color w:val="auto"/>
          <w:sz w:val="56"/>
          <w:szCs w:val="56"/>
        </w:rPr>
        <w:t>Early Childhood Development</w:t>
      </w:r>
    </w:p>
    <w:p w:rsidRPr="00C96EB6" w:rsidR="00524E8F" w:rsidP="2CBE99E3" w:rsidRDefault="00AD5CF8" w14:paraId="6CF822FE" w14:textId="50650900">
      <w:pPr>
        <w:pStyle w:val="Normal"/>
        <w:rPr>
          <w:rFonts w:ascii="Calibri" w:hAnsi="Calibri" w:cs="Calibri" w:asciiTheme="majorAscii" w:hAnsiTheme="majorAscii" w:cstheme="majorAscii"/>
          <w:sz w:val="28"/>
          <w:szCs w:val="28"/>
        </w:rPr>
      </w:pPr>
    </w:p>
    <w:p w:rsidRPr="00C96EB6" w:rsidR="00F251F7" w:rsidRDefault="00F251F7" w14:paraId="6660A535" w14:textId="77777777">
      <w:pPr>
        <w:rPr>
          <w:rFonts w:asciiTheme="majorHAnsi" w:hAnsiTheme="majorHAnsi" w:cstheme="majorHAnsi"/>
          <w:sz w:val="28"/>
          <w:szCs w:val="28"/>
        </w:rPr>
      </w:pPr>
    </w:p>
    <w:p w:rsidR="00524E8F" w:rsidP="2CBE99E3" w:rsidRDefault="00F251F7" w14:paraId="06636203" w14:textId="68B79875">
      <w:pPr>
        <w:jc w:val="center"/>
        <w:rPr>
          <w:rFonts w:ascii="Calibri" w:hAnsi="Calibri" w:cs="Calibri" w:asciiTheme="majorAscii" w:hAnsiTheme="majorAscii" w:cstheme="majorAscii"/>
          <w:sz w:val="28"/>
          <w:szCs w:val="28"/>
        </w:rPr>
      </w:pPr>
      <w:r w:rsidR="00F251F7">
        <w:drawing>
          <wp:inline wp14:editId="5626008E" wp14:anchorId="361ACB6C">
            <wp:extent cx="3756166" cy="1930856"/>
            <wp:effectExtent l="0" t="0" r="0" b="0"/>
            <wp:docPr id="153427907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3756166" cy="1930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C96EB6" w:rsidR="00C96EB6" w:rsidRDefault="00C96EB6" w14:paraId="748A6D79" w14:textId="77777777">
      <w:pPr>
        <w:rPr>
          <w:rFonts w:asciiTheme="majorHAnsi" w:hAnsiTheme="majorHAnsi" w:cstheme="majorHAnsi"/>
          <w:sz w:val="28"/>
          <w:szCs w:val="28"/>
        </w:rPr>
      </w:pPr>
    </w:p>
    <w:p w:rsidRPr="00C96EB6" w:rsidR="000A5006" w:rsidP="2CBE99E3" w:rsidRDefault="000A5006" w14:paraId="0C94C2FC" w14:textId="507B22A6">
      <w:pPr>
        <w:jc w:val="center"/>
        <w:rPr>
          <w:rFonts w:ascii="Calibri" w:hAnsi="Calibri" w:cs="Calibri" w:asciiTheme="majorAscii" w:hAnsiTheme="majorAscii" w:cstheme="majorAscii"/>
          <w:sz w:val="28"/>
          <w:szCs w:val="28"/>
        </w:rPr>
      </w:pPr>
      <w:r w:rsidR="000A5006">
        <w:drawing>
          <wp:inline wp14:editId="67D1B2D6" wp14:anchorId="0861BC97">
            <wp:extent cx="4050954" cy="1580207"/>
            <wp:effectExtent l="0" t="0" r="0" b="0"/>
            <wp:docPr id="675790502" name="Picture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4050954" cy="158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C96EB6" w:rsidR="00524E8F" w:rsidRDefault="00AD5CF8" w14:paraId="2DB3CAC2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1: You Were Once a Child</w:t>
      </w:r>
    </w:p>
    <w:p w:rsidRPr="00C96EB6" w:rsidR="00524E8F" w:rsidP="2CBE99E3" w:rsidRDefault="00AD5CF8" w14:paraId="65763AC2" w14:textId="7C2FE982">
      <w:pPr>
        <w:rPr>
          <w:rFonts w:ascii="Calibri" w:hAnsi="Calibri" w:cs="Calibri" w:asciiTheme="majorAscii" w:hAnsiTheme="majorAscii" w:cstheme="majorAscii"/>
          <w:sz w:val="28"/>
          <w:szCs w:val="28"/>
        </w:rPr>
      </w:pPr>
      <w:r w:rsidRPr="2CBE99E3" w:rsidR="5AD1470B">
        <w:rPr>
          <w:rFonts w:ascii="Calibri" w:hAnsi="Calibri" w:cs="Calibri" w:asciiTheme="majorAscii" w:hAnsiTheme="majorAscii" w:cstheme="majorAscii"/>
          <w:sz w:val="28"/>
          <w:szCs w:val="28"/>
        </w:rPr>
        <w:t>What</w:t>
      </w:r>
      <w:r w:rsidRPr="2CBE99E3" w:rsidR="00AD5CF8">
        <w:rPr>
          <w:rFonts w:ascii="Calibri" w:hAnsi="Calibri" w:cs="Calibri" w:asciiTheme="majorAscii" w:hAnsiTheme="majorAscii" w:cstheme="majorAscii"/>
          <w:sz w:val="28"/>
          <w:szCs w:val="28"/>
        </w:rPr>
        <w:t xml:space="preserve"> did you enjoy doing as a child?</w:t>
      </w:r>
    </w:p>
    <w:p w:rsidRPr="00C96EB6" w:rsidR="00524E8F" w:rsidRDefault="00AD5CF8" w14:paraId="03B90CDB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Answer: 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0A5006" w:rsidTr="000A5006" w14:paraId="349929C8" w14:textId="77777777">
        <w:tc>
          <w:tcPr>
            <w:tcW w:w="8630" w:type="dxa"/>
          </w:tcPr>
          <w:p w:rsidRPr="00C96EB6" w:rsidR="000A5006" w:rsidP="000A5006" w:rsidRDefault="000A5006" w14:paraId="57C9AA8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</w:rPr>
              <w:t>Why did you enjoy it?</w:t>
            </w:r>
          </w:p>
          <w:p w:rsidRPr="00C96EB6" w:rsidR="000A5006" w:rsidRDefault="000A5006" w14:paraId="3757429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496ECE99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055C967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21FD5A54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15DDEDB7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0A2CAA61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6F2944FD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78F04522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C96EB6" w:rsidR="00524E8F" w:rsidRDefault="00AD5CF8" w14:paraId="3AA14643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2: Play Detectives</w:t>
      </w:r>
    </w:p>
    <w:p w:rsidRPr="00C96EB6" w:rsidR="00524E8F" w:rsidP="2CBE99E3" w:rsidRDefault="00AD5CF8" w14:paraId="58114298" w14:textId="1AC058FB">
      <w:pPr>
        <w:rPr>
          <w:rFonts w:ascii="Calibri" w:hAnsi="Calibri" w:cs="Calibri" w:asciiTheme="majorAscii" w:hAnsiTheme="majorAscii" w:cstheme="majorAscii"/>
          <w:sz w:val="28"/>
          <w:szCs w:val="28"/>
        </w:rPr>
      </w:pPr>
      <w:r w:rsidRPr="2CBE99E3" w:rsidR="00AD5CF8">
        <w:rPr>
          <w:rFonts w:ascii="Calibri" w:hAnsi="Calibri" w:cs="Calibri" w:asciiTheme="majorAscii" w:hAnsiTheme="majorAscii" w:cstheme="majorAscii"/>
          <w:sz w:val="28"/>
          <w:szCs w:val="28"/>
        </w:rPr>
        <w:t xml:space="preserve"> Why is </w:t>
      </w:r>
      <w:r w:rsidRPr="2CBE99E3" w:rsidR="00AD5CF8">
        <w:rPr>
          <w:rFonts w:ascii="Calibri" w:hAnsi="Calibri" w:cs="Calibri" w:asciiTheme="majorAscii" w:hAnsiTheme="majorAscii" w:cstheme="majorAscii"/>
          <w:sz w:val="28"/>
          <w:szCs w:val="28"/>
        </w:rPr>
        <w:t>play</w:t>
      </w:r>
      <w:r w:rsidRPr="2CBE99E3" w:rsidR="00AD5CF8">
        <w:rPr>
          <w:rFonts w:ascii="Calibri" w:hAnsi="Calibri" w:cs="Calibri" w:asciiTheme="majorAscii" w:hAnsiTheme="majorAscii" w:cstheme="majorAscii"/>
          <w:sz w:val="28"/>
          <w:szCs w:val="28"/>
        </w:rPr>
        <w:t xml:space="preserve"> important?</w:t>
      </w:r>
    </w:p>
    <w:p w:rsidR="00C96EB6" w:rsidRDefault="00AD5CF8" w14:paraId="6DECBF66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1. ____________________</w:t>
      </w:r>
    </w:p>
    <w:p w:rsidR="00C96EB6" w:rsidRDefault="00AD5CF8" w14:paraId="07AC26CF" w14:textId="72597BBC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 2. ____________________ </w:t>
      </w:r>
    </w:p>
    <w:p w:rsidRPr="00C96EB6" w:rsidR="00524E8F" w:rsidRDefault="00AD5CF8" w14:paraId="29349B49" w14:textId="1EED10D9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3. ____________________</w:t>
      </w:r>
    </w:p>
    <w:p w:rsidRPr="00C96EB6" w:rsidR="00524E8F" w:rsidRDefault="00AD5CF8" w14:paraId="6235FFBB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3: Mini Challenges</w:t>
      </w:r>
    </w:p>
    <w:p w:rsidRPr="00C96EB6" w:rsidR="00524E8F" w:rsidP="2CBE99E3" w:rsidRDefault="00AD5CF8" w14:paraId="4CA09C53" w14:textId="65583480">
      <w:pPr>
        <w:rPr>
          <w:rFonts w:ascii="Calibri" w:hAnsi="Calibri" w:cs="Calibri" w:asciiTheme="majorAscii" w:hAnsiTheme="majorAscii" w:cstheme="majorAscii"/>
          <w:sz w:val="28"/>
          <w:szCs w:val="28"/>
        </w:rPr>
      </w:pPr>
      <w:r w:rsidRPr="2CBE99E3" w:rsidR="00AD5CF8">
        <w:rPr>
          <w:rFonts w:ascii="Calibri" w:hAnsi="Calibri" w:cs="Calibri" w:asciiTheme="majorAscii" w:hAnsiTheme="majorAscii" w:cstheme="majorAscii"/>
          <w:sz w:val="28"/>
          <w:szCs w:val="28"/>
        </w:rPr>
        <w:t>What might a child learn from stacking blocks?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0A5006" w:rsidTr="000A5006" w14:paraId="1635E1FD" w14:textId="77777777">
        <w:tc>
          <w:tcPr>
            <w:tcW w:w="8630" w:type="dxa"/>
          </w:tcPr>
          <w:p w:rsidRPr="00C96EB6" w:rsidR="000A5006" w:rsidRDefault="000A5006" w14:paraId="1119582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76A82491" w14:textId="743CF6B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</w:rPr>
              <w:t>Answer:</w:t>
            </w:r>
          </w:p>
          <w:p w:rsidRPr="00C96EB6" w:rsidR="000A5006" w:rsidRDefault="000A5006" w14:paraId="45B2EE7D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08C1205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43A71D6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4EF3B8F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0A5006" w:rsidRDefault="000A5006" w14:paraId="425A4A24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F31A4A" w:rsidRDefault="00F31A4A" w14:paraId="39D981C7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F31A4A" w:rsidRDefault="00F31A4A" w14:paraId="0FE3DA98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C96EB6" w:rsidR="000A5006" w:rsidRDefault="000A5006" w14:paraId="1A7F06D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C96EB6" w:rsidR="00524E8F" w:rsidRDefault="00AD5CF8" w14:paraId="53EC750D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4: Think Like a Professional</w:t>
      </w:r>
    </w:p>
    <w:p w:rsidRPr="00C96EB6" w:rsidR="00524E8F" w:rsidRDefault="00AD5CF8" w14:paraId="31534E9D" w14:textId="77777777">
      <w:pPr>
        <w:rPr>
          <w:rFonts w:asciiTheme="majorHAnsi" w:hAnsiTheme="majorHAnsi" w:cstheme="majorHAnsi"/>
          <w:sz w:val="28"/>
          <w:szCs w:val="28"/>
        </w:rPr>
      </w:pPr>
      <w:proofErr w:type="gramStart"/>
      <w:r w:rsidRPr="00C96EB6">
        <w:rPr>
          <w:rFonts w:asciiTheme="majorHAnsi" w:hAnsiTheme="majorHAnsi" w:cstheme="majorHAnsi"/>
          <w:sz w:val="28"/>
          <w:szCs w:val="28"/>
        </w:rPr>
        <w:t>List</w:t>
      </w:r>
      <w:proofErr w:type="gramEnd"/>
      <w:r w:rsidRPr="00C96EB6">
        <w:rPr>
          <w:rFonts w:asciiTheme="majorHAnsi" w:hAnsiTheme="majorHAnsi" w:cstheme="majorHAnsi"/>
          <w:sz w:val="28"/>
          <w:szCs w:val="28"/>
        </w:rPr>
        <w:t xml:space="preserve"> 5 things children need:</w:t>
      </w:r>
    </w:p>
    <w:p w:rsidRPr="00C96EB6" w:rsidR="000A5006" w:rsidRDefault="00AD5CF8" w14:paraId="2B984BB4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1. </w:t>
      </w:r>
    </w:p>
    <w:p w:rsidRPr="00C96EB6" w:rsidR="000A5006" w:rsidRDefault="00AD5CF8" w14:paraId="39640BA8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 2. </w:t>
      </w:r>
    </w:p>
    <w:p w:rsidRPr="00C96EB6" w:rsidR="000A5006" w:rsidRDefault="00AD5CF8" w14:paraId="026C5749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 3. </w:t>
      </w:r>
    </w:p>
    <w:p w:rsidRPr="00C96EB6" w:rsidR="000A5006" w:rsidRDefault="00AD5CF8" w14:paraId="3CC10777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4. </w:t>
      </w:r>
    </w:p>
    <w:p w:rsidRPr="00C96EB6" w:rsidR="00524E8F" w:rsidRDefault="00AD5CF8" w14:paraId="63FB9D2C" w14:textId="31944F3F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5. </w:t>
      </w:r>
    </w:p>
    <w:p w:rsidRPr="00C96EB6" w:rsidR="00524E8F" w:rsidRDefault="00AD5CF8" w14:paraId="46C98D68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5: Learning Through Play</w:t>
      </w:r>
    </w:p>
    <w:p w:rsidRPr="00C96EB6" w:rsidR="00524E8F" w:rsidRDefault="00AD5CF8" w14:paraId="3D42A240" w14:textId="77777777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How do you learn best? _______________________________</w:t>
      </w:r>
    </w:p>
    <w:p w:rsidRPr="00C96EB6" w:rsidR="00524E8F" w:rsidRDefault="00AD5CF8" w14:paraId="4057586D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6: Create an Activity</w:t>
      </w:r>
    </w:p>
    <w:p w:rsidRPr="00C96EB6" w:rsidR="00E61562" w:rsidP="2CBE99E3" w:rsidRDefault="00E61562" w14:paraId="201DF65E" w14:textId="4B2BEBDD">
      <w:pPr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  <w:lang w:val="en-GB"/>
        </w:rPr>
      </w:pPr>
      <w:r w:rsidRPr="2CBE99E3" w:rsidR="00E61562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  <w:lang w:val="en-GB"/>
        </w:rPr>
        <w:t>Design an Activity</w:t>
      </w:r>
    </w:p>
    <w:p w:rsidRPr="00C96EB6" w:rsidR="00E61562" w:rsidP="00E61562" w:rsidRDefault="00E61562" w14:paraId="3881321D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sz w:val="28"/>
          <w:szCs w:val="28"/>
          <w:lang w:val="en-GB"/>
        </w:rPr>
        <w:t>Think of a fun activity for a 4-year-old.</w:t>
      </w:r>
    </w:p>
    <w:p w:rsidRPr="00C96EB6" w:rsidR="00E61562" w:rsidP="00E61562" w:rsidRDefault="00E61562" w14:paraId="4F6C64B1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Name:</w:t>
      </w:r>
    </w:p>
    <w:p w:rsidRPr="00C96EB6" w:rsidR="00E61562" w:rsidP="00E61562" w:rsidRDefault="00E61562" w14:paraId="0C5FB232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What will they do?</w:t>
      </w:r>
    </w:p>
    <w:p w:rsidRPr="00C96EB6" w:rsidR="00AC6BD4" w:rsidP="00E61562" w:rsidRDefault="00AC6BD4" w14:paraId="50334124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E61562" w:rsidP="00E61562" w:rsidRDefault="00E61562" w14:paraId="4A806D64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E61562" w:rsidP="00E61562" w:rsidRDefault="00E61562" w14:paraId="4E43DE1D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What might they learn?</w:t>
      </w:r>
    </w:p>
    <w:p w:rsidRPr="00C96EB6" w:rsidR="00E61562" w:rsidP="00E61562" w:rsidRDefault="00E61562" w14:paraId="37F4F9C9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AC6BD4" w:rsidP="00E61562" w:rsidRDefault="00AC6BD4" w14:paraId="4C7B6099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E61562" w:rsidP="00E61562" w:rsidRDefault="00E61562" w14:paraId="1CACCFFC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Equipment:</w:t>
      </w:r>
    </w:p>
    <w:p w:rsidRPr="00C96EB6" w:rsidR="00AC6BD4" w:rsidP="00E61562" w:rsidRDefault="00AC6BD4" w14:paraId="09228EE2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AC6BD4" w:rsidP="00E61562" w:rsidRDefault="00AC6BD4" w14:paraId="082EAC0D" w14:textId="77777777">
      <w:pPr>
        <w:rPr>
          <w:rFonts w:asciiTheme="majorHAnsi" w:hAnsiTheme="majorHAnsi" w:cstheme="majorHAnsi"/>
          <w:b/>
          <w:bCs/>
          <w:sz w:val="28"/>
          <w:szCs w:val="28"/>
          <w:lang w:val="en-GB"/>
        </w:rPr>
      </w:pPr>
    </w:p>
    <w:p w:rsidRPr="00C96EB6" w:rsidR="00AC6BD4" w:rsidP="00AC6BD4" w:rsidRDefault="00AC6BD4" w14:paraId="7A87627E" w14:textId="77777777">
      <w:pPr>
        <w:rPr>
          <w:rFonts w:asciiTheme="majorHAnsi" w:hAnsiTheme="majorHAnsi" w:cstheme="majorHAnsi"/>
          <w:b/>
          <w:bCs/>
          <w:sz w:val="28"/>
          <w:szCs w:val="28"/>
          <w:u w:val="single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u w:val="single"/>
          <w:lang w:val="en-GB"/>
        </w:rPr>
        <w:t>Stretch</w:t>
      </w:r>
    </w:p>
    <w:p w:rsidRPr="00C96EB6" w:rsidR="00AC6BD4" w:rsidP="00AC6BD4" w:rsidRDefault="00AC6BD4" w14:paraId="36DA6952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sz w:val="28"/>
          <w:szCs w:val="28"/>
          <w:lang w:val="en-GB"/>
        </w:rPr>
        <w:t>How could you make it:</w:t>
      </w:r>
    </w:p>
    <w:p w:rsidRPr="00C96EB6" w:rsidR="00AC6BD4" w:rsidP="00AC6BD4" w:rsidRDefault="00AC6BD4" w14:paraId="7407433B" w14:textId="77777777">
      <w:pPr>
        <w:numPr>
          <w:ilvl w:val="0"/>
          <w:numId w:val="10"/>
        </w:num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sz w:val="28"/>
          <w:szCs w:val="28"/>
          <w:lang w:val="en-GB"/>
        </w:rPr>
        <w:t>More fun?</w:t>
      </w:r>
    </w:p>
    <w:p w:rsidRPr="00C96EB6" w:rsidR="00AC6BD4" w:rsidP="00AC6BD4" w:rsidRDefault="00AC6BD4" w14:paraId="701291DC" w14:textId="77777777">
      <w:pPr>
        <w:ind w:left="720"/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AC6BD4" w:rsidP="00AC6BD4" w:rsidRDefault="00AC6BD4" w14:paraId="43278F68" w14:textId="77777777">
      <w:pPr>
        <w:ind w:left="720"/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AC6BD4" w:rsidP="00AC6BD4" w:rsidRDefault="00AC6BD4" w14:paraId="55AB2378" w14:textId="77777777">
      <w:pPr>
        <w:numPr>
          <w:ilvl w:val="0"/>
          <w:numId w:val="10"/>
        </w:num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sz w:val="28"/>
          <w:szCs w:val="28"/>
          <w:lang w:val="en-GB"/>
        </w:rPr>
        <w:t>Safer?</w:t>
      </w:r>
    </w:p>
    <w:p w:rsidRPr="00C96EB6" w:rsidR="00AC6BD4" w:rsidP="00AC6BD4" w:rsidRDefault="00AC6BD4" w14:paraId="71FE4EC7" w14:textId="77777777">
      <w:pPr>
        <w:pStyle w:val="ListParagraph"/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AC6BD4" w:rsidP="00AC6BD4" w:rsidRDefault="00AC6BD4" w14:paraId="310A44CE" w14:textId="77777777">
      <w:pPr>
        <w:ind w:left="720"/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AC6BD4" w:rsidP="00AC6BD4" w:rsidRDefault="00AC6BD4" w14:paraId="217CA84F" w14:textId="77777777">
      <w:pPr>
        <w:numPr>
          <w:ilvl w:val="0"/>
          <w:numId w:val="10"/>
        </w:num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sz w:val="28"/>
          <w:szCs w:val="28"/>
          <w:lang w:val="en-GB"/>
        </w:rPr>
        <w:t>Inclusive?</w:t>
      </w:r>
    </w:p>
    <w:p w:rsidRPr="00C96EB6" w:rsidR="00E61562" w:rsidP="00E61562" w:rsidRDefault="00E61562" w14:paraId="7552A350" w14:textId="77777777">
      <w:pPr>
        <w:rPr>
          <w:rFonts w:asciiTheme="majorHAnsi" w:hAnsiTheme="majorHAnsi" w:cstheme="majorHAnsi"/>
          <w:sz w:val="28"/>
          <w:szCs w:val="28"/>
        </w:rPr>
      </w:pPr>
    </w:p>
    <w:p w:rsidRPr="00C96EB6" w:rsidR="001B1E8C" w:rsidP="001B1E8C" w:rsidRDefault="00AD5CF8" w14:paraId="461A3E79" w14:textId="58E9BE63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7: What Would You Do?</w:t>
      </w:r>
    </w:p>
    <w:p w:rsidRPr="00C96EB6" w:rsidR="001B1E8C" w:rsidP="001B1E8C" w:rsidRDefault="001B1E8C" w14:paraId="30F8B412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A:</w:t>
      </w:r>
      <w:r w:rsidRPr="00C96EB6">
        <w:rPr>
          <w:rFonts w:asciiTheme="majorHAnsi" w:hAnsiTheme="majorHAnsi" w:cstheme="majorHAnsi"/>
          <w:sz w:val="28"/>
          <w:szCs w:val="28"/>
          <w:lang w:val="en-GB"/>
        </w:rPr>
        <w:t xml:space="preserve"> A child won’t join 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1B1E8C" w:rsidTr="001B1E8C" w14:paraId="427D9F78" w14:textId="77777777">
        <w:tc>
          <w:tcPr>
            <w:tcW w:w="8630" w:type="dxa"/>
          </w:tcPr>
          <w:p w:rsidRPr="00C96EB6" w:rsidR="001B1E8C" w:rsidP="001B1E8C" w:rsidRDefault="001B1E8C" w14:paraId="3259C7EA" w14:textId="66510E4A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What would you do?</w:t>
            </w:r>
          </w:p>
          <w:p w:rsidRPr="00C96EB6" w:rsidR="001B1E8C" w:rsidP="001B1E8C" w:rsidRDefault="001B1E8C" w14:paraId="2026F0DD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1B1E8C" w:rsidP="001B1E8C" w:rsidRDefault="001B1E8C" w14:paraId="577A51C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1B1E8C" w:rsidP="001B1E8C" w:rsidRDefault="001B1E8C" w14:paraId="5E49FF13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1B1E8C" w:rsidP="001B1E8C" w:rsidRDefault="001B1E8C" w14:paraId="3395F2CB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1B1E8C" w:rsidP="001B1E8C" w:rsidRDefault="001B1E8C" w14:paraId="689F4DEE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</w:tbl>
    <w:p w:rsidRPr="00C96EB6" w:rsidR="00C6666C" w:rsidP="001B1E8C" w:rsidRDefault="00C6666C" w14:paraId="7AEB741A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C6666C" w:rsidP="00C6666C" w:rsidRDefault="00C6666C" w14:paraId="298F49A0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  <w:r w:rsidRPr="00C96EB6">
        <w:rPr>
          <w:rFonts w:asciiTheme="majorHAnsi" w:hAnsiTheme="majorHAnsi" w:cstheme="majorHAnsi"/>
          <w:b/>
          <w:bCs/>
          <w:sz w:val="28"/>
          <w:szCs w:val="28"/>
          <w:lang w:val="en-GB"/>
        </w:rPr>
        <w:t>B:</w:t>
      </w:r>
      <w:r w:rsidRPr="00C96EB6">
        <w:rPr>
          <w:rFonts w:asciiTheme="majorHAnsi" w:hAnsiTheme="majorHAnsi" w:cstheme="majorHAnsi"/>
          <w:sz w:val="28"/>
          <w:szCs w:val="28"/>
          <w:lang w:val="en-GB"/>
        </w:rPr>
        <w:t xml:space="preserve"> A child throws toys.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C6666C" w:rsidTr="00C6666C" w14:paraId="6FBCAA28" w14:textId="77777777">
        <w:tc>
          <w:tcPr>
            <w:tcW w:w="8630" w:type="dxa"/>
          </w:tcPr>
          <w:p w:rsidRPr="00C96EB6" w:rsidR="00C6666C" w:rsidP="00C6666C" w:rsidRDefault="00C6666C" w14:paraId="4D4B4481" w14:textId="0042988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Why might this happen?</w:t>
            </w:r>
          </w:p>
          <w:p w:rsidRPr="00C96EB6" w:rsidR="00C6666C" w:rsidP="00C6666C" w:rsidRDefault="00C6666C" w14:paraId="3D12415E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C6666C" w:rsidP="00C6666C" w:rsidRDefault="00C6666C" w14:paraId="435590F7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C6666C" w:rsidP="00C6666C" w:rsidRDefault="00C6666C" w14:paraId="5F0A2F00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C6666C" w:rsidP="00C6666C" w:rsidRDefault="00C6666C" w14:paraId="0C8EBC78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C96EB6" w:rsidR="00C6666C" w:rsidP="00C6666C" w:rsidRDefault="00C6666C" w14:paraId="3142EE4C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</w:tbl>
    <w:p w:rsidRPr="00C96EB6" w:rsidR="001B1E8C" w:rsidP="001B1E8C" w:rsidRDefault="001B1E8C" w14:paraId="11B353AF" w14:textId="4FF2E483">
      <w:pPr>
        <w:rPr>
          <w:rFonts w:asciiTheme="majorHAnsi" w:hAnsiTheme="majorHAnsi" w:cstheme="majorHAnsi"/>
          <w:sz w:val="28"/>
          <w:szCs w:val="28"/>
          <w:lang w:val="en-GB"/>
        </w:rPr>
      </w:pPr>
    </w:p>
    <w:p w:rsidRPr="00C96EB6" w:rsidR="00524E8F" w:rsidRDefault="00AD5CF8" w14:paraId="2F572C68" w14:textId="77777777">
      <w:pPr>
        <w:pStyle w:val="Heading1"/>
        <w:rPr>
          <w:rFonts w:cstheme="majorHAnsi"/>
          <w:color w:val="auto"/>
        </w:rPr>
      </w:pPr>
      <w:r w:rsidRPr="00C96EB6">
        <w:rPr>
          <w:rFonts w:cstheme="majorHAnsi"/>
          <w:color w:val="auto"/>
        </w:rPr>
        <w:t>Section 8: Emotional Development</w:t>
      </w:r>
    </w:p>
    <w:p w:rsidRPr="00C96EB6" w:rsidR="00524E8F" w:rsidRDefault="00AD5CF8" w14:paraId="3E4F633B" w14:textId="34355640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List 3 emotions children feel: </w:t>
      </w:r>
    </w:p>
    <w:p w:rsidRPr="00C96EB6" w:rsidR="00C6666C" w:rsidRDefault="00C6666C" w14:paraId="4B6DC44A" w14:textId="02BBF816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1.</w:t>
      </w:r>
    </w:p>
    <w:p w:rsidRPr="00C96EB6" w:rsidR="00C6666C" w:rsidRDefault="00C6666C" w14:paraId="4217780C" w14:textId="5A4C79E1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2.</w:t>
      </w:r>
    </w:p>
    <w:p w:rsidRPr="00C96EB6" w:rsidR="00C6666C" w:rsidRDefault="00C6666C" w14:paraId="09779079" w14:textId="36D02C2F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 xml:space="preserve">3. </w:t>
      </w:r>
    </w:p>
    <w:tbl>
      <w:tblPr>
        <w:tblW w:w="8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6525"/>
      </w:tblGrid>
      <w:tr w:rsidRPr="00C96EB6" w:rsidR="00073E38" w:rsidTr="00073E38" w14:paraId="23EE4F91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C96EB6" w:rsidR="00073E38" w:rsidP="00073E38" w:rsidRDefault="00073E38" w14:paraId="5A3F486F" w14:textId="77777777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GB"/>
              </w:rPr>
              <w:t>Situation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C96EB6" w:rsidR="00073E38" w:rsidP="00073E38" w:rsidRDefault="00073E38" w14:paraId="48CAB77F" w14:textId="1261CD58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GB"/>
              </w:rPr>
              <w:t>Feeling</w:t>
            </w:r>
            <w:r w:rsidR="00D34328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GB"/>
              </w:rPr>
              <w:t>s</w:t>
            </w:r>
          </w:p>
        </w:tc>
      </w:tr>
      <w:tr w:rsidRPr="00C96EB6" w:rsidR="00073E38" w:rsidTr="00073E38" w14:paraId="4E2A4830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086F2BA5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Starting a new school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2BEA14BC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  <w:tr w:rsidRPr="00C96EB6" w:rsidR="00073E38" w:rsidTr="00073E38" w14:paraId="5004E103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472035C0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Losing a toy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39BAD833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  <w:tr w:rsidRPr="00C96EB6" w:rsidR="00073E38" w:rsidTr="00073E38" w14:paraId="124431A7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66390AAD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Playing with friends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355B7FD7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  <w:tr w:rsidRPr="00C96EB6" w:rsidR="00073E38" w:rsidTr="00073E38" w14:paraId="65378B67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5D317F46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Being told off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4EEC95B1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  <w:tr w:rsidRPr="00C96EB6" w:rsidR="00073E38" w:rsidTr="00073E38" w14:paraId="11A9CD16" w14:textId="77777777">
        <w:trPr>
          <w:tblCellSpacing w:w="15" w:type="dxa"/>
        </w:trPr>
        <w:tc>
          <w:tcPr>
            <w:tcW w:w="0" w:type="auto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1EEBE20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C96EB6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Winning a game</w:t>
            </w:r>
          </w:p>
        </w:tc>
        <w:tc>
          <w:tcPr>
            <w:tcW w:w="6480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vAlign w:val="center"/>
            <w:hideMark/>
          </w:tcPr>
          <w:p w:rsidRPr="00C96EB6" w:rsidR="00073E38" w:rsidP="00073E38" w:rsidRDefault="00073E38" w14:paraId="5A4B312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</w:tbl>
    <w:p w:rsidRPr="00C96EB6" w:rsidR="00F94927" w:rsidP="00F94927" w:rsidRDefault="00F94927" w14:paraId="29A9CCF6" w14:textId="77777777">
      <w:pPr>
        <w:spacing w:before="100" w:beforeAutospacing="1" w:after="100" w:afterAutospacing="1" w:line="300" w:lineRule="atLeast"/>
        <w:outlineLvl w:val="2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</w:p>
    <w:p w:rsidRPr="00C96EB6" w:rsidR="00F94927" w:rsidP="00F94927" w:rsidRDefault="00F94927" w14:paraId="6EDA9E2D" w14:textId="3F75EA49">
      <w:pPr>
        <w:spacing w:before="100" w:beforeAutospacing="1" w:after="100" w:afterAutospacing="1" w:line="300" w:lineRule="atLeast"/>
        <w:outlineLvl w:val="2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Think About It</w:t>
      </w:r>
    </w:p>
    <w:p w:rsidRPr="00C96EB6" w:rsidR="00F94927" w:rsidP="00F94927" w:rsidRDefault="00F94927" w14:paraId="53F319E9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Do children always understand their feelings?</w:t>
      </w:r>
    </w:p>
    <w:p w:rsidRPr="00C96EB6" w:rsidR="00F94927" w:rsidP="00F94927" w:rsidRDefault="00F94927" w14:paraId="3035D956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Yes </w:t>
      </w:r>
      <w:r w:rsidRPr="00C96EB6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No </w:t>
      </w:r>
      <w:r w:rsidRPr="00C96EB6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Sometimes</w:t>
      </w:r>
    </w:p>
    <w:p w:rsidRPr="00C96EB6" w:rsidR="00F94927" w:rsidP="00F94927" w:rsidRDefault="00F94927" w14:paraId="1CDF7BFB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Explain:</w:t>
      </w:r>
    </w:p>
    <w:p w:rsidRPr="00C96EB6" w:rsidR="00D932AE" w:rsidP="00F94927" w:rsidRDefault="00D932AE" w14:paraId="7CE450BB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D932AE" w:rsidP="00F94927" w:rsidRDefault="00D932AE" w14:paraId="5F8EBEAF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F94927" w:rsidP="00F94927" w:rsidRDefault="00F94927" w14:paraId="44A40774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137AF375">
          <v:rect id="_x0000_i1028" style="width:0;height:1.5pt" o:hr="t" o:hrstd="t" o:hralign="center" fillcolor="#a0a0a0" stroked="f"/>
        </w:pict>
      </w:r>
    </w:p>
    <w:p w:rsidRPr="00C96EB6" w:rsidR="00073E38" w:rsidRDefault="00073E38" w14:paraId="7978CB34" w14:textId="77777777">
      <w:pPr>
        <w:rPr>
          <w:rFonts w:asciiTheme="majorHAnsi" w:hAnsiTheme="majorHAnsi" w:cstheme="majorHAnsi"/>
          <w:sz w:val="28"/>
          <w:szCs w:val="28"/>
        </w:rPr>
      </w:pPr>
    </w:p>
    <w:p w:rsidRPr="00C96EB6" w:rsidR="00524E8F" w:rsidRDefault="00AD5CF8" w14:paraId="069E92EC" w14:textId="02361BE4">
      <w:pPr>
        <w:rPr>
          <w:rFonts w:asciiTheme="majorHAnsi" w:hAnsiTheme="majorHAnsi" w:cstheme="majorHAnsi"/>
          <w:sz w:val="28"/>
          <w:szCs w:val="28"/>
        </w:rPr>
      </w:pPr>
      <w:r w:rsidRPr="00C96EB6">
        <w:rPr>
          <w:rFonts w:asciiTheme="majorHAnsi" w:hAnsiTheme="majorHAnsi" w:cstheme="majorHAnsi"/>
          <w:sz w:val="28"/>
          <w:szCs w:val="28"/>
        </w:rPr>
        <w:t>How can adults help?</w:t>
      </w:r>
    </w:p>
    <w:p w:rsidRPr="00C96EB6" w:rsidR="00D932AE" w:rsidRDefault="00D932AE" w14:paraId="423B697F" w14:textId="77777777">
      <w:pPr>
        <w:rPr>
          <w:rFonts w:asciiTheme="majorHAnsi" w:hAnsiTheme="majorHAnsi" w:cstheme="majorHAnsi"/>
          <w:sz w:val="28"/>
          <w:szCs w:val="28"/>
        </w:rPr>
      </w:pPr>
    </w:p>
    <w:p w:rsidRPr="00C96EB6" w:rsidR="00D932AE" w:rsidRDefault="00D932AE" w14:paraId="6329CF94" w14:textId="77777777">
      <w:pPr>
        <w:rPr>
          <w:rFonts w:asciiTheme="majorHAnsi" w:hAnsiTheme="majorHAnsi" w:cstheme="majorHAnsi"/>
          <w:sz w:val="28"/>
          <w:szCs w:val="28"/>
        </w:rPr>
      </w:pPr>
    </w:p>
    <w:p w:rsidRPr="00C96EB6" w:rsidR="00874691" w:rsidP="2CBE99E3" w:rsidRDefault="00874691" w14:paraId="5F217A3C" w14:textId="52F0BFF6">
      <w:pPr>
        <w:spacing w:before="100" w:beforeAutospacing="on" w:after="100" w:afterAutospacing="on" w:line="300" w:lineRule="atLeast"/>
        <w:outlineLvl w:val="1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874691"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  <w:t>Feeling Safe</w:t>
      </w:r>
    </w:p>
    <w:p w:rsidRPr="00C96EB6" w:rsidR="00874691" w:rsidP="00874691" w:rsidRDefault="00874691" w14:paraId="225B3986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Children need to feel secure and confident to develop.</w:t>
      </w:r>
    </w:p>
    <w:p w:rsidRPr="00C96EB6" w:rsidR="00874691" w:rsidP="00874691" w:rsidRDefault="00874691" w14:paraId="20BA8879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Write 4 things that help children feel safe:</w:t>
      </w:r>
    </w:p>
    <w:p w:rsidRPr="00C96EB6" w:rsidR="00874691" w:rsidP="00874691" w:rsidRDefault="00874691" w14:paraId="2F1245AD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874691" w:rsidP="00874691" w:rsidRDefault="00874691" w14:paraId="6B07CEC5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874691" w:rsidP="00874691" w:rsidRDefault="00874691" w14:paraId="25943C00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D932AE" w:rsidP="00C96EB6" w:rsidRDefault="00D932AE" w14:paraId="5950E725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C96EB6" w:rsidP="2CBE99E3" w:rsidRDefault="00C96EB6" w14:paraId="30A3E2FA" w14:textId="68E70630">
      <w:pPr>
        <w:spacing w:before="100" w:beforeAutospacing="on" w:after="100" w:afterAutospacing="on" w:line="300" w:lineRule="atLeast"/>
        <w:outlineLvl w:val="1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  <w:t>Be the Adult</w:t>
      </w:r>
    </w:p>
    <w:p w:rsidRPr="00C96EB6" w:rsidR="00C96EB6" w:rsidP="00C96EB6" w:rsidRDefault="00C96EB6" w14:paraId="3DC6EF15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A child is crying because their parent has left.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C96EB6" w:rsidTr="00C96EB6" w14:paraId="5A31AD31" w14:textId="77777777">
        <w:tc>
          <w:tcPr>
            <w:tcW w:w="8630" w:type="dxa"/>
          </w:tcPr>
          <w:p w:rsidRPr="00C96EB6" w:rsidR="00C96EB6" w:rsidP="00C96EB6" w:rsidRDefault="00C96EB6" w14:paraId="51AC3231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  <w:r w:rsidRPr="00C96EB6"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  <w:t>What could you do?</w:t>
            </w:r>
          </w:p>
          <w:p w:rsidRPr="00C96EB6" w:rsidR="00C96EB6" w:rsidP="00C96EB6" w:rsidRDefault="00C96EB6" w14:paraId="1975E983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24B4B61B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02783FBB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</w:tr>
    </w:tbl>
    <w:p w:rsidRPr="00C96EB6" w:rsidR="00C96EB6" w:rsidP="00C96EB6" w:rsidRDefault="00C96EB6" w14:paraId="1054C363" w14:textId="4F3BEEAA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C96EB6" w:rsidP="2CBE99E3" w:rsidRDefault="00C96EB6" w14:paraId="1ED85AF9" w14:textId="531B79CF">
      <w:pPr>
        <w:spacing w:before="100" w:beforeAutospacing="on" w:after="100" w:afterAutospacing="on" w:line="300" w:lineRule="atLeast"/>
        <w:outlineLvl w:val="1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  <w:t>Confidence Builder</w:t>
      </w:r>
    </w:p>
    <w:p w:rsidRPr="00C96EB6" w:rsidR="00C96EB6" w:rsidP="00C96EB6" w:rsidRDefault="00C96EB6" w14:paraId="6D26CA29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What made you feel confident as a child?</w:t>
      </w:r>
    </w:p>
    <w:p w:rsidRPr="00C96EB6" w:rsidR="00C96EB6" w:rsidP="00C96EB6" w:rsidRDefault="00C96EB6" w14:paraId="04268095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72D9F631">
          <v:rect id="_x0000_i1033" style="width:0;height:1.5pt" o:hr="t" o:hrstd="t" o:hralign="center" fillcolor="#a0a0a0" stroked="f"/>
        </w:pict>
      </w:r>
    </w:p>
    <w:p w:rsidR="00BF4DF5" w:rsidP="00C96EB6" w:rsidRDefault="00BF4DF5" w14:paraId="65949160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00BF4DF5" w:rsidP="00C96EB6" w:rsidRDefault="00BF4DF5" w14:paraId="1F151E3E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C96EB6" w:rsidP="00C96EB6" w:rsidRDefault="00C96EB6" w14:paraId="541F8701" w14:textId="0F99EC91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sz w:val="28"/>
          <w:szCs w:val="28"/>
          <w:lang w:val="en-GB" w:eastAsia="en-GB"/>
        </w:rPr>
        <w:t>How could adults help children feel this way?</w:t>
      </w:r>
    </w:p>
    <w:p w:rsidRPr="00C96EB6" w:rsidR="00C96EB6" w:rsidP="2CBE99E3" w:rsidRDefault="00C96EB6" w14:paraId="117AA64B" w14:textId="105DC0B4">
      <w:pPr>
        <w:spacing w:before="100" w:beforeAutospacing="on" w:after="100" w:afterAutospacing="on" w:line="300" w:lineRule="atLeast"/>
        <w:outlineLvl w:val="1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  <w:t>Draw or Describe</w:t>
      </w:r>
    </w:p>
    <w:p w:rsidRPr="00C96EB6" w:rsidR="00C96EB6" w:rsidP="00C96EB6" w:rsidRDefault="00C96EB6" w14:paraId="1FF63526" w14:textId="7C235DE3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Describe a child who feels: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Pr="00C96EB6" w:rsidR="00C96EB6" w:rsidTr="00C96EB6" w14:paraId="56B79015" w14:textId="77777777">
        <w:tc>
          <w:tcPr>
            <w:tcW w:w="2876" w:type="dxa"/>
          </w:tcPr>
          <w:p w:rsidRPr="00C96EB6" w:rsidR="00C96EB6" w:rsidP="00C96EB6" w:rsidRDefault="00C96EB6" w14:paraId="6C00ADB6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  <w:r w:rsidRPr="00C96EB6">
              <w:rPr>
                <w:rFonts w:ascii="Segoe UI Emoji" w:hAnsi="Segoe UI Emoji" w:eastAsia="Times New Roman" w:cs="Segoe UI Emoji"/>
                <w:sz w:val="28"/>
                <w:szCs w:val="28"/>
                <w:lang w:val="en-GB" w:eastAsia="en-GB"/>
              </w:rPr>
              <w:t>😊</w:t>
            </w:r>
            <w:r w:rsidRPr="00C96EB6"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  <w:t xml:space="preserve"> Happy →</w:t>
            </w:r>
          </w:p>
          <w:p w:rsidRPr="00C96EB6" w:rsidR="00C96EB6" w:rsidP="00C96EB6" w:rsidRDefault="00C96EB6" w14:paraId="4FB33D51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11FBA1B5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67811FC1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6B440C3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1BBA69C5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38591B0A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3DB54D04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5932C159" w14:textId="16C1AE3B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  <w:tc>
          <w:tcPr>
            <w:tcW w:w="2877" w:type="dxa"/>
          </w:tcPr>
          <w:p w:rsidRPr="00C96EB6" w:rsidR="00C96EB6" w:rsidP="00C96EB6" w:rsidRDefault="00C96EB6" w14:paraId="0B305B1C" w14:textId="6704C018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  <w:r w:rsidRPr="00C96EB6">
              <w:rPr>
                <w:rFonts w:ascii="Segoe UI Emoji" w:hAnsi="Segoe UI Emoji" w:eastAsia="Times New Roman" w:cs="Segoe UI Emoji"/>
                <w:sz w:val="28"/>
                <w:szCs w:val="28"/>
                <w:lang w:val="en-GB" w:eastAsia="en-GB"/>
              </w:rPr>
              <w:t>😢</w:t>
            </w:r>
            <w:r w:rsidRPr="00C96EB6"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  <w:t xml:space="preserve"> Sad →</w:t>
            </w:r>
          </w:p>
        </w:tc>
        <w:tc>
          <w:tcPr>
            <w:tcW w:w="2877" w:type="dxa"/>
          </w:tcPr>
          <w:p w:rsidRPr="00C96EB6" w:rsidR="00C96EB6" w:rsidP="00C96EB6" w:rsidRDefault="00C96EB6" w14:paraId="59240A9A" w14:textId="79C0F95E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  <w:r w:rsidRPr="00C96EB6">
              <w:rPr>
                <w:rFonts w:ascii="Segoe UI Emoji" w:hAnsi="Segoe UI Emoji" w:eastAsia="Times New Roman" w:cs="Segoe UI Emoji"/>
                <w:sz w:val="28"/>
                <w:szCs w:val="28"/>
                <w:lang w:val="en-GB" w:eastAsia="en-GB"/>
              </w:rPr>
              <w:t>😡</w:t>
            </w:r>
            <w:r w:rsidRPr="00C96EB6"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  <w:t xml:space="preserve"> Angry →</w:t>
            </w:r>
          </w:p>
        </w:tc>
      </w:tr>
    </w:tbl>
    <w:p w:rsidRPr="00C96EB6" w:rsidR="00C96EB6" w:rsidP="00C96EB6" w:rsidRDefault="00C96EB6" w14:paraId="66122F8E" w14:textId="715E3D79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C96EB6" w:rsidP="00C96EB6" w:rsidRDefault="00C96EB6" w14:paraId="62B7425C" w14:textId="513271CA">
      <w:pPr>
        <w:spacing w:before="100" w:beforeAutospacing="1" w:after="100" w:afterAutospacing="1" w:line="300" w:lineRule="atLeast"/>
        <w:outlineLvl w:val="2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Mini Reflection</w:t>
      </w:r>
    </w:p>
    <w:p w:rsidRPr="00C96EB6" w:rsidR="00C96EB6" w:rsidP="00C96EB6" w:rsidRDefault="00C96EB6" w14:paraId="2B79B337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Why is emotional development important?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C96EB6" w:rsidR="00C96EB6" w:rsidTr="00C96EB6" w14:paraId="5FD50DA0" w14:textId="77777777">
        <w:tc>
          <w:tcPr>
            <w:tcW w:w="8630" w:type="dxa"/>
          </w:tcPr>
          <w:p w:rsidRPr="00C96EB6" w:rsidR="00C96EB6" w:rsidP="00C96EB6" w:rsidRDefault="00C96EB6" w14:paraId="69D3AFD6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1A6121DB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4956C986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793038C2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414C5B94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31693CB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4E48573A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6C32D110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2D61F4E1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5F61B152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40DC754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Pr="00C96EB6" w:rsidR="00C96EB6" w:rsidP="00C96EB6" w:rsidRDefault="00C96EB6" w14:paraId="40177AF6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</w:tr>
    </w:tbl>
    <w:p w:rsidRPr="00C96EB6" w:rsidR="00C96EB6" w:rsidP="00C96EB6" w:rsidRDefault="00C96EB6" w14:paraId="3AFA7178" w14:textId="615F0D92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2CBE99E3" w:rsidP="2CBE99E3" w:rsidRDefault="2CBE99E3" w14:paraId="27E4FD4F" w14:textId="2379028C">
      <w:pPr>
        <w:spacing w:beforeAutospacing="on" w:afterAutospacing="on" w:line="300" w:lineRule="atLeast"/>
        <w:outlineLvl w:val="0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</w:p>
    <w:p w:rsidR="2CBE99E3" w:rsidP="2CBE99E3" w:rsidRDefault="2CBE99E3" w14:paraId="7AD658CB" w14:textId="1335E313">
      <w:pPr>
        <w:spacing w:beforeAutospacing="on" w:afterAutospacing="on" w:line="300" w:lineRule="atLeast"/>
        <w:outlineLvl w:val="0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</w:p>
    <w:p w:rsidR="2CBE99E3" w:rsidP="2CBE99E3" w:rsidRDefault="2CBE99E3" w14:paraId="4553327B" w14:textId="6CB9B6A5">
      <w:pPr>
        <w:spacing w:beforeAutospacing="on" w:afterAutospacing="on" w:line="300" w:lineRule="atLeast"/>
        <w:outlineLvl w:val="0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</w:p>
    <w:p w:rsidRPr="00C96EB6" w:rsidR="00C96EB6" w:rsidP="2CBE99E3" w:rsidRDefault="00C96EB6" w14:textId="60497CCC" w14:paraId="6F71CC7E">
      <w:pPr>
        <w:spacing w:before="100" w:beforeAutospacing="on" w:after="100" w:afterAutospacing="on" w:line="300" w:lineRule="atLeast"/>
        <w:outlineLvl w:val="0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b w:val="1"/>
          <w:bCs w:val="1"/>
          <w:kern w:val="36"/>
          <w:sz w:val="28"/>
          <w:szCs w:val="28"/>
          <w:lang w:val="en-GB" w:eastAsia="en-GB"/>
        </w:rPr>
        <w:t xml:space="preserve">Final Reflection </w:t>
      </w:r>
    </w:p>
    <w:p w:rsidRPr="00C96EB6" w:rsidR="00C96EB6" w:rsidP="2CBE99E3" w:rsidRDefault="00C96EB6" w14:paraId="3DBB6DFF" w14:textId="3DF6B5F9">
      <w:pPr>
        <w:spacing w:before="100" w:beforeAutospacing="on" w:after="100" w:afterAutospacing="on" w:line="300" w:lineRule="atLeast"/>
        <w:outlineLvl w:val="0"/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</w:pPr>
      <w:r w:rsidRPr="2CBE99E3" w:rsidR="00C96EB6">
        <w:rPr>
          <w:rFonts w:ascii="Calibri" w:hAnsi="Calibri" w:eastAsia="Times New Roman" w:cs="Calibri" w:asciiTheme="majorAscii" w:hAnsiTheme="majorAscii" w:cstheme="majorAscii"/>
          <w:b w:val="1"/>
          <w:bCs w:val="1"/>
          <w:sz w:val="28"/>
          <w:szCs w:val="28"/>
          <w:lang w:val="en-GB" w:eastAsia="en-GB"/>
        </w:rPr>
        <w:t xml:space="preserve"> Looking Ahead</w:t>
      </w:r>
    </w:p>
    <w:p w:rsidRPr="00C96EB6" w:rsidR="00C96EB6" w:rsidP="00C96EB6" w:rsidRDefault="00C96EB6" w14:paraId="6B8F6EB8" w14:textId="777777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What do you think working with children is like?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35"/>
      </w:tblGrid>
      <w:tr w:rsidR="00C96EB6" w:rsidTr="00C96EB6" w14:paraId="7ECEA080" w14:textId="77777777">
        <w:tc>
          <w:tcPr>
            <w:tcW w:w="8635" w:type="dxa"/>
          </w:tcPr>
          <w:p w:rsidR="00C96EB6" w:rsidP="00C96EB6" w:rsidRDefault="00C96EB6" w14:paraId="5D886376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7C73AAB9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1D45C4C0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C96EB6" w:rsidP="00C96EB6" w:rsidRDefault="00C96EB6" w14:paraId="667A59A9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</w:tr>
    </w:tbl>
    <w:p w:rsidRPr="00C96EB6" w:rsidR="00C96EB6" w:rsidP="00C96EB6" w:rsidRDefault="00C96EB6" w14:paraId="39CD7497" w14:textId="53A5FE08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C96EB6" w:rsidR="00C96EB6" w:rsidP="00C96EB6" w:rsidRDefault="00C96EB6" w14:paraId="19FE9BED" w14:textId="58B052AA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C96EB6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What skills do you need?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96EB6" w:rsidTr="00C96EB6" w14:paraId="2DC8EFE7" w14:textId="77777777">
        <w:tc>
          <w:tcPr>
            <w:tcW w:w="8630" w:type="dxa"/>
          </w:tcPr>
          <w:p w:rsidR="00C96EB6" w:rsidRDefault="00C96EB6" w14:paraId="066DF692" w14:textId="77777777"/>
          <w:p w:rsidR="00C96EB6" w:rsidRDefault="00C96EB6" w14:paraId="60822242" w14:textId="77777777"/>
          <w:p w:rsidR="00C96EB6" w:rsidRDefault="00C96EB6" w14:paraId="0B55EC7F" w14:textId="77777777"/>
          <w:p w:rsidR="00C96EB6" w:rsidRDefault="00C96EB6" w14:paraId="14DA96D0" w14:textId="77777777"/>
          <w:p w:rsidR="00C96EB6" w:rsidRDefault="00C96EB6" w14:paraId="2ABD748B" w14:textId="77777777"/>
          <w:p w:rsidR="00C96EB6" w:rsidRDefault="00C96EB6" w14:paraId="5C99F2FA" w14:textId="77777777"/>
          <w:p w:rsidR="00C96EB6" w:rsidRDefault="00C96EB6" w14:paraId="6D605800" w14:textId="77777777"/>
          <w:p w:rsidR="00C96EB6" w:rsidRDefault="00C96EB6" w14:paraId="056DC006" w14:textId="77777777"/>
          <w:p w:rsidR="00C96EB6" w:rsidRDefault="00C96EB6" w14:paraId="7B8D8CA9" w14:textId="77777777"/>
          <w:p w:rsidR="00C96EB6" w:rsidRDefault="00C96EB6" w14:paraId="09CA37BC" w14:textId="77777777"/>
        </w:tc>
      </w:tr>
    </w:tbl>
    <w:p w:rsidR="00524E8F" w:rsidRDefault="00524E8F" w14:paraId="507876FF" w14:textId="69BB3D37"/>
    <w:sectPr w:rsidR="00524E8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0631D48"/>
    <w:multiLevelType w:val="multilevel"/>
    <w:tmpl w:val="0676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631CE"/>
    <w:multiLevelType w:val="multilevel"/>
    <w:tmpl w:val="B61C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D3151"/>
    <w:multiLevelType w:val="multilevel"/>
    <w:tmpl w:val="5CDCD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0A4F1A"/>
    <w:multiLevelType w:val="multilevel"/>
    <w:tmpl w:val="C790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79A0A32"/>
    <w:multiLevelType w:val="multilevel"/>
    <w:tmpl w:val="9E76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626235"/>
    <w:multiLevelType w:val="multilevel"/>
    <w:tmpl w:val="CA5E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558822">
    <w:abstractNumId w:val="8"/>
  </w:num>
  <w:num w:numId="2" w16cid:durableId="115375676">
    <w:abstractNumId w:val="6"/>
  </w:num>
  <w:num w:numId="3" w16cid:durableId="28771076">
    <w:abstractNumId w:val="5"/>
  </w:num>
  <w:num w:numId="4" w16cid:durableId="1906334617">
    <w:abstractNumId w:val="4"/>
  </w:num>
  <w:num w:numId="5" w16cid:durableId="1567371093">
    <w:abstractNumId w:val="7"/>
  </w:num>
  <w:num w:numId="6" w16cid:durableId="1469738138">
    <w:abstractNumId w:val="3"/>
  </w:num>
  <w:num w:numId="7" w16cid:durableId="465512600">
    <w:abstractNumId w:val="2"/>
  </w:num>
  <w:num w:numId="8" w16cid:durableId="1871870854">
    <w:abstractNumId w:val="1"/>
  </w:num>
  <w:num w:numId="9" w16cid:durableId="309797017">
    <w:abstractNumId w:val="0"/>
  </w:num>
  <w:num w:numId="10" w16cid:durableId="413161907">
    <w:abstractNumId w:val="12"/>
  </w:num>
  <w:num w:numId="11" w16cid:durableId="719284578">
    <w:abstractNumId w:val="13"/>
  </w:num>
  <w:num w:numId="12" w16cid:durableId="954944570">
    <w:abstractNumId w:val="11"/>
  </w:num>
  <w:num w:numId="13" w16cid:durableId="2084831278">
    <w:abstractNumId w:val="10"/>
  </w:num>
  <w:num w:numId="14" w16cid:durableId="1118724338">
    <w:abstractNumId w:val="9"/>
  </w:num>
  <w:num w:numId="15" w16cid:durableId="557520628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E38"/>
    <w:rsid w:val="000A5006"/>
    <w:rsid w:val="0015074B"/>
    <w:rsid w:val="001B1E8C"/>
    <w:rsid w:val="0029639D"/>
    <w:rsid w:val="00326F90"/>
    <w:rsid w:val="00524E8F"/>
    <w:rsid w:val="0079383F"/>
    <w:rsid w:val="00874691"/>
    <w:rsid w:val="00906971"/>
    <w:rsid w:val="00AA1D8D"/>
    <w:rsid w:val="00AC6BD4"/>
    <w:rsid w:val="00AD5CF8"/>
    <w:rsid w:val="00B47730"/>
    <w:rsid w:val="00BF4DF5"/>
    <w:rsid w:val="00C6666C"/>
    <w:rsid w:val="00C96EB6"/>
    <w:rsid w:val="00CB0664"/>
    <w:rsid w:val="00D34328"/>
    <w:rsid w:val="00D932AE"/>
    <w:rsid w:val="00E61562"/>
    <w:rsid w:val="00F251F7"/>
    <w:rsid w:val="00F31A4A"/>
    <w:rsid w:val="00F93118"/>
    <w:rsid w:val="00F94927"/>
    <w:rsid w:val="00FC693F"/>
    <w:rsid w:val="2677C11F"/>
    <w:rsid w:val="27BC55A0"/>
    <w:rsid w:val="2CBE99E3"/>
    <w:rsid w:val="320E549E"/>
    <w:rsid w:val="395515EF"/>
    <w:rsid w:val="4A05AEBC"/>
    <w:rsid w:val="4D71061E"/>
    <w:rsid w:val="53BE007C"/>
    <w:rsid w:val="5AD1470B"/>
    <w:rsid w:val="6E4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1CC9D7F-4E8F-489C-A8BC-24FDAB6BB0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2.png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image" Target="/media/image3.png" Id="rId17116666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73418DFF1204D88F24F04A5E25EA5" ma:contentTypeVersion="10" ma:contentTypeDescription="Create a new document." ma:contentTypeScope="" ma:versionID="52739bb1e26af864aa4d37921a913519">
  <xsd:schema xmlns:xsd="http://www.w3.org/2001/XMLSchema" xmlns:xs="http://www.w3.org/2001/XMLSchema" xmlns:p="http://schemas.microsoft.com/office/2006/metadata/properties" xmlns:ns2="705be7ea-a7c8-4087-b867-937a0a19120c" xmlns:ns3="8cb5aacc-7795-4212-9bb7-b06ac6a391ba" targetNamespace="http://schemas.microsoft.com/office/2006/metadata/properties" ma:root="true" ma:fieldsID="e9e530e184c0ab642c55bcec82e777cf" ns2:_="" ns3:_="">
    <xsd:import namespace="705be7ea-a7c8-4087-b867-937a0a19120c"/>
    <xsd:import namespace="8cb5aacc-7795-4212-9bb7-b06ac6a39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be7ea-a7c8-4087-b867-937a0a191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5aacc-7795-4212-9bb7-b06ac6a39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D932B5-C309-4EF0-A1B3-EB1D81762653}"/>
</file>

<file path=customXml/itemProps3.xml><?xml version="1.0" encoding="utf-8"?>
<ds:datastoreItem xmlns:ds="http://schemas.openxmlformats.org/officeDocument/2006/customXml" ds:itemID="{C010B49A-BA8C-46CE-B8AC-EF58E1759764}"/>
</file>

<file path=customXml/itemProps4.xml><?xml version="1.0" encoding="utf-8"?>
<ds:datastoreItem xmlns:ds="http://schemas.openxmlformats.org/officeDocument/2006/customXml" ds:itemID="{B89F6433-DCBC-461B-81D7-0E713F98E7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Turnbull</cp:lastModifiedBy>
  <cp:revision>21</cp:revision>
  <dcterms:created xsi:type="dcterms:W3CDTF">2026-06-01T13:13:00Z</dcterms:created>
  <dcterms:modified xsi:type="dcterms:W3CDTF">2026-06-29T13:01:29Z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0x01010018173418DFF1204D88F24F04A5E25EA5</vt:lpwstr>
  </property>
  <property fmtid="{D5CDD505-2E9C-101B-9397-08002B2CF9AE}" pid="3" name="MediaServiceImageTags">
    <vt:lpwstr/>
  </property>
</Properties>
</file>